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61592" w14:textId="77777777" w:rsidR="00E067DA" w:rsidRDefault="00000000">
      <w:pPr>
        <w:spacing w:after="20"/>
        <w:jc w:val="center"/>
      </w:pPr>
      <w:r>
        <w:rPr>
          <w:b/>
          <w:color w:val="222222"/>
          <w:sz w:val="44"/>
        </w:rPr>
        <w:t>SINKO STYLING</w:t>
      </w:r>
    </w:p>
    <w:p w14:paraId="3AE66133" w14:textId="77777777" w:rsidR="00E067DA" w:rsidRDefault="00000000">
      <w:pPr>
        <w:spacing w:after="100"/>
        <w:jc w:val="center"/>
      </w:pPr>
      <w:r>
        <w:rPr>
          <w:b/>
          <w:color w:val="C99722"/>
          <w:sz w:val="24"/>
        </w:rPr>
        <w:t>ОПТОВЫЙ ПРАЙС-ЛИСТ ДЛЯ САЛОНОВ И МАСТЕРОВ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1474"/>
        <w:gridCol w:w="5896"/>
        <w:gridCol w:w="1304"/>
        <w:gridCol w:w="1871"/>
        <w:gridCol w:w="1701"/>
      </w:tblGrid>
      <w:tr w:rsidR="00E067DA" w14:paraId="10091B68" w14:textId="77777777">
        <w:trPr>
          <w:tblHeader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22222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32BAF3B" w14:textId="77777777" w:rsidR="00E067DA" w:rsidRDefault="00000000">
            <w:pPr>
              <w:jc w:val="center"/>
            </w:pPr>
            <w:r>
              <w:rPr>
                <w:b/>
                <w:color w:val="FFFFFF"/>
              </w:rPr>
              <w:t>Фото</w:t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22222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DEE2BC6" w14:textId="77777777" w:rsidR="00E067DA" w:rsidRDefault="00000000">
            <w:pPr>
              <w:jc w:val="center"/>
            </w:pPr>
            <w:r>
              <w:rPr>
                <w:b/>
                <w:color w:val="FFFFFF"/>
              </w:rPr>
              <w:t>Артикул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22222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5120D65" w14:textId="77777777" w:rsidR="00E067DA" w:rsidRDefault="00000000">
            <w:pPr>
              <w:jc w:val="center"/>
            </w:pPr>
            <w:r>
              <w:rPr>
                <w:b/>
                <w:color w:val="FFFFFF"/>
              </w:rPr>
              <w:t>Наименование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22222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989397" w14:textId="77777777" w:rsidR="00E067DA" w:rsidRDefault="00000000">
            <w:pPr>
              <w:jc w:val="center"/>
            </w:pPr>
            <w:r>
              <w:rPr>
                <w:b/>
                <w:color w:val="FFFFFF"/>
              </w:rPr>
              <w:t>Объём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22222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862CEAA" w14:textId="77777777" w:rsidR="00E067DA" w:rsidRDefault="00000000">
            <w:pPr>
              <w:jc w:val="center"/>
            </w:pPr>
            <w:r>
              <w:rPr>
                <w:b/>
                <w:color w:val="FFFFFF"/>
              </w:rPr>
              <w:t>Оптовая цена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22222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9F1C2F" w14:textId="77777777" w:rsidR="00E067DA" w:rsidRDefault="00000000">
            <w:pPr>
              <w:jc w:val="center"/>
            </w:pPr>
            <w:r>
              <w:rPr>
                <w:b/>
                <w:color w:val="FFFFFF"/>
              </w:rPr>
              <w:t>РРЦ</w:t>
            </w:r>
          </w:p>
        </w:tc>
      </w:tr>
      <w:tr w:rsidR="00E067DA" w14:paraId="60C2A198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86D2093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7BFC88CA" wp14:editId="221895C3">
                  <wp:extent cx="882000" cy="882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877F4C" w14:textId="77777777" w:rsidR="00E067DA" w:rsidRDefault="00000000">
            <w:pPr>
              <w:jc w:val="center"/>
            </w:pPr>
            <w:r>
              <w:rPr>
                <w:b/>
              </w:rPr>
              <w:t>C151615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22B3C8E" w14:textId="77777777" w:rsidR="00E067DA" w:rsidRDefault="00000000">
            <w:r>
              <w:rPr>
                <w:b/>
              </w:rPr>
              <w:t>Natural Energy Boost Cream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BF0B65" w14:textId="77777777" w:rsidR="00E067DA" w:rsidRDefault="00000000">
            <w:pPr>
              <w:jc w:val="center"/>
            </w:pPr>
            <w:r>
              <w:t>500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250C9D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980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61C4AB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1 230 ₽</w:t>
            </w:r>
          </w:p>
        </w:tc>
      </w:tr>
      <w:tr w:rsidR="00E067DA" w14:paraId="5D7FC838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BE3D61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24360E5E" wp14:editId="48D1EC49">
                  <wp:extent cx="882000" cy="882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E458111" w14:textId="77777777" w:rsidR="00E067DA" w:rsidRDefault="00000000">
            <w:pPr>
              <w:jc w:val="center"/>
            </w:pPr>
            <w:r>
              <w:rPr>
                <w:b/>
              </w:rPr>
              <w:t>C104703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751FF3" w14:textId="77777777" w:rsidR="00E067DA" w:rsidRDefault="00000000">
            <w:r>
              <w:rPr>
                <w:b/>
              </w:rPr>
              <w:t>Macadamia Smooth Hair Serum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577EA5" w14:textId="77777777" w:rsidR="00E067DA" w:rsidRDefault="00000000">
            <w:pPr>
              <w:jc w:val="center"/>
            </w:pPr>
            <w:r>
              <w:t>100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2A28A2E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660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09C0BDB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830 ₽</w:t>
            </w:r>
          </w:p>
        </w:tc>
      </w:tr>
      <w:tr w:rsidR="00E067DA" w14:paraId="265D793F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A30E942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386298F1" wp14:editId="39922906">
                  <wp:extent cx="882000" cy="882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1714572" w14:textId="77777777" w:rsidR="00E067DA" w:rsidRDefault="00000000">
            <w:pPr>
              <w:jc w:val="center"/>
            </w:pPr>
            <w:r>
              <w:rPr>
                <w:b/>
              </w:rPr>
              <w:t>SKTS100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181F04B" w14:textId="77777777" w:rsidR="00E067DA" w:rsidRDefault="00000000">
            <w:r>
              <w:rPr>
                <w:b/>
              </w:rPr>
              <w:t>Tea Tree Nourishing Spray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0EC4AD5" w14:textId="77777777" w:rsidR="00E067DA" w:rsidRDefault="00000000">
            <w:pPr>
              <w:jc w:val="center"/>
            </w:pPr>
            <w:r>
              <w:t>100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3FFA232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360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0FE49AF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450 ₽</w:t>
            </w:r>
          </w:p>
        </w:tc>
      </w:tr>
      <w:tr w:rsidR="00E067DA" w14:paraId="1DCE3B76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B0121FA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373C8BFE" wp14:editId="28D36DAF">
                  <wp:extent cx="882000" cy="88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816796" w14:textId="77777777" w:rsidR="00E067DA" w:rsidRDefault="00000000">
            <w:pPr>
              <w:jc w:val="center"/>
            </w:pPr>
            <w:r>
              <w:rPr>
                <w:b/>
              </w:rPr>
              <w:t>SKTC300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06FB164" w14:textId="77777777" w:rsidR="00E067DA" w:rsidRDefault="00000000">
            <w:r>
              <w:rPr>
                <w:b/>
              </w:rPr>
              <w:t>Tea Tree Curly Defining Cream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7F5499C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81597F2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680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F731A8C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850 ₽</w:t>
            </w:r>
          </w:p>
        </w:tc>
      </w:tr>
      <w:tr w:rsidR="00E067DA" w14:paraId="7CFDE49F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BCBE61A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223A751" wp14:editId="3CD6B8F9">
                  <wp:extent cx="882000" cy="882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472AD2" w14:textId="77777777" w:rsidR="00E067DA" w:rsidRDefault="00000000">
            <w:pPr>
              <w:jc w:val="center"/>
            </w:pPr>
            <w:r>
              <w:rPr>
                <w:b/>
              </w:rPr>
              <w:t>SKUK501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4276AE" w14:textId="77777777" w:rsidR="00E067DA" w:rsidRDefault="00000000">
            <w:r>
              <w:rPr>
                <w:b/>
              </w:rPr>
              <w:t>Brazilian Keratin Purifying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CFDA7D" w14:textId="77777777" w:rsidR="00E067DA" w:rsidRDefault="00000000">
            <w:pPr>
              <w:jc w:val="center"/>
            </w:pPr>
            <w:r>
              <w:t>500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FDA8C2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850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F3FC88E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1 070 ₽</w:t>
            </w:r>
          </w:p>
        </w:tc>
      </w:tr>
      <w:tr w:rsidR="00E067DA" w14:paraId="45344CA6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3389D7A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14830D8A" wp14:editId="02AB1BE3">
                  <wp:extent cx="882000" cy="8820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6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FE1296" w14:textId="77777777" w:rsidR="00E067DA" w:rsidRDefault="00000000">
            <w:pPr>
              <w:jc w:val="center"/>
            </w:pPr>
            <w:r>
              <w:rPr>
                <w:b/>
              </w:rPr>
              <w:t>SKUK5022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71BBFFC" w14:textId="77777777" w:rsidR="00E067DA" w:rsidRDefault="00000000">
            <w:r>
              <w:rPr>
                <w:b/>
              </w:rPr>
              <w:t>Brazilian Keratin Treatment FM 4%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A108EE" w14:textId="77777777" w:rsidR="00E067DA" w:rsidRDefault="00000000">
            <w:pPr>
              <w:jc w:val="center"/>
            </w:pPr>
            <w:r>
              <w:t>500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E058E5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1 060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3BF1924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1 330 ₽</w:t>
            </w:r>
          </w:p>
        </w:tc>
      </w:tr>
      <w:tr w:rsidR="00E067DA" w14:paraId="4AED798A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26D5C97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79598224" wp14:editId="79E2A580">
                  <wp:extent cx="882000" cy="8820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7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85CFFE" w14:textId="77777777" w:rsidR="00E067DA" w:rsidRDefault="00000000">
            <w:pPr>
              <w:jc w:val="center"/>
            </w:pPr>
            <w:r>
              <w:rPr>
                <w:b/>
              </w:rPr>
              <w:t>SKUK502B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0891387" w14:textId="77777777" w:rsidR="00E067DA" w:rsidRDefault="00000000">
            <w:r>
              <w:rPr>
                <w:b/>
              </w:rPr>
              <w:t>Brazilian Keratin Treatment FM Free Blue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BEDAC4" w14:textId="77777777" w:rsidR="00E067DA" w:rsidRDefault="00000000">
            <w:pPr>
              <w:jc w:val="center"/>
            </w:pPr>
            <w:r>
              <w:t>500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DB57F0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1 740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AC96325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2 180 ₽</w:t>
            </w:r>
          </w:p>
        </w:tc>
      </w:tr>
      <w:tr w:rsidR="00E067DA" w14:paraId="67D69E02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35C855E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06F40B2D" wp14:editId="5B5D7192">
                  <wp:extent cx="882000" cy="882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8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751FA5" w14:textId="77777777" w:rsidR="00E067DA" w:rsidRDefault="00000000">
            <w:pPr>
              <w:jc w:val="center"/>
            </w:pPr>
            <w:r>
              <w:rPr>
                <w:b/>
              </w:rPr>
              <w:t>SKUK503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4BD522" w14:textId="77777777" w:rsidR="00E067DA" w:rsidRDefault="00000000">
            <w:r>
              <w:rPr>
                <w:b/>
              </w:rPr>
              <w:t>Brazilian Keratin Daily Shampoo No.3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73C4B2D" w14:textId="77777777" w:rsidR="00E067DA" w:rsidRDefault="00000000">
            <w:pPr>
              <w:jc w:val="center"/>
            </w:pPr>
            <w:r>
              <w:t>500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1CBE4F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920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CBDC90D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1 150 ₽</w:t>
            </w:r>
          </w:p>
        </w:tc>
      </w:tr>
      <w:tr w:rsidR="00E067DA" w14:paraId="471FD2DD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F78ABF6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2ADADF08" wp14:editId="29AB0C73">
                  <wp:extent cx="882000" cy="882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69D229" w14:textId="77777777" w:rsidR="00E067DA" w:rsidRDefault="00000000">
            <w:pPr>
              <w:jc w:val="center"/>
            </w:pPr>
            <w:r>
              <w:rPr>
                <w:b/>
              </w:rPr>
              <w:t>SKUK504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B047E9" w14:textId="77777777" w:rsidR="00E067DA" w:rsidRDefault="00000000">
            <w:r>
              <w:rPr>
                <w:b/>
              </w:rPr>
              <w:t>Brazilian Keratin Daily Conditioner No.4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C38763" w14:textId="77777777" w:rsidR="00E067DA" w:rsidRDefault="00000000">
            <w:pPr>
              <w:jc w:val="center"/>
            </w:pPr>
            <w:r>
              <w:t>500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2DE7B0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920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21E1531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1 150 ₽</w:t>
            </w:r>
          </w:p>
        </w:tc>
      </w:tr>
      <w:tr w:rsidR="00E067DA" w14:paraId="5548EB69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E94EDD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20969C0" wp14:editId="5E2AB9A6">
                  <wp:extent cx="882000" cy="882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3834150" w14:textId="77777777" w:rsidR="00E067DA" w:rsidRDefault="00000000">
            <w:pPr>
              <w:jc w:val="center"/>
            </w:pPr>
            <w:r>
              <w:rPr>
                <w:b/>
              </w:rPr>
              <w:t>SKBR500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D6D6969" w14:textId="77777777" w:rsidR="00E067DA" w:rsidRDefault="00000000">
            <w:r>
              <w:rPr>
                <w:b/>
              </w:rPr>
              <w:t>Bond Repair Complex and Collagen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971C8B3" w14:textId="77777777" w:rsidR="00E067DA" w:rsidRDefault="00000000">
            <w:pPr>
              <w:jc w:val="center"/>
            </w:pPr>
            <w:r>
              <w:t>500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D2D2FB4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950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8BDA78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1 190 ₽</w:t>
            </w:r>
          </w:p>
        </w:tc>
      </w:tr>
      <w:tr w:rsidR="00E067DA" w14:paraId="37D274BC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97BEF5D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2820F969" wp14:editId="140CFE66">
                  <wp:extent cx="882000" cy="8820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29AA2EB" w14:textId="77777777" w:rsidR="00E067DA" w:rsidRDefault="00000000">
            <w:pPr>
              <w:jc w:val="center"/>
            </w:pPr>
            <w:r>
              <w:rPr>
                <w:b/>
              </w:rPr>
              <w:t>SKPS220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168ECF0" w14:textId="77777777" w:rsidR="00E067DA" w:rsidRDefault="00000000">
            <w:r>
              <w:rPr>
                <w:b/>
              </w:rPr>
              <w:t>Scalp Exfoliating With Tea Tree Oil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1566552" w14:textId="77777777" w:rsidR="00E067DA" w:rsidRDefault="00000000">
            <w:pPr>
              <w:jc w:val="center"/>
            </w:pPr>
            <w:r>
              <w:t>220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A799BC1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600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6593852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750 ₽</w:t>
            </w:r>
          </w:p>
        </w:tc>
      </w:tr>
      <w:tr w:rsidR="00E067DA" w14:paraId="0238DBB2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FD52D0F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51884CF2" wp14:editId="74FCBB19">
                  <wp:extent cx="882000" cy="8820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02E6D58" w14:textId="77777777" w:rsidR="00E067DA" w:rsidRDefault="00000000">
            <w:pPr>
              <w:jc w:val="center"/>
            </w:pPr>
            <w:r>
              <w:rPr>
                <w:b/>
              </w:rPr>
              <w:t>C151609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0259B18" w14:textId="77777777" w:rsidR="00E067DA" w:rsidRDefault="00000000">
            <w:r>
              <w:rPr>
                <w:b/>
              </w:rPr>
              <w:t>Argan Oil Nourishing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DBB9E31" w14:textId="77777777" w:rsidR="00E067DA" w:rsidRDefault="00000000">
            <w:pPr>
              <w:jc w:val="center"/>
            </w:pPr>
            <w:r>
              <w:t>500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1B099AB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810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F03DCC1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1 020 ₽</w:t>
            </w:r>
          </w:p>
        </w:tc>
      </w:tr>
      <w:tr w:rsidR="00E067DA" w14:paraId="6E75C671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A50DE5B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1EA2B076" wp14:editId="62585470">
                  <wp:extent cx="882000" cy="8820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B6F26B8" w14:textId="77777777" w:rsidR="00E067DA" w:rsidRDefault="00000000">
            <w:pPr>
              <w:jc w:val="center"/>
            </w:pPr>
            <w:r>
              <w:rPr>
                <w:b/>
              </w:rPr>
              <w:t>C151610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22D53A3" w14:textId="77777777" w:rsidR="00E067DA" w:rsidRDefault="00000000">
            <w:r>
              <w:rPr>
                <w:b/>
              </w:rPr>
              <w:t>Argan Oil Nourishing Conditioner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EE522E" w14:textId="77777777" w:rsidR="00E067DA" w:rsidRDefault="00000000">
            <w:pPr>
              <w:jc w:val="center"/>
            </w:pPr>
            <w:r>
              <w:t>500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D390DE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940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3696C8A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1 180 ₽</w:t>
            </w:r>
          </w:p>
        </w:tc>
      </w:tr>
      <w:tr w:rsidR="00E067DA" w14:paraId="13FEA534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74AD4DD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71AC4804" wp14:editId="7953C0E7">
                  <wp:extent cx="882000" cy="8820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CD4E6D8" w14:textId="77777777" w:rsidR="00E067DA" w:rsidRDefault="00000000">
            <w:pPr>
              <w:jc w:val="center"/>
            </w:pPr>
            <w:r>
              <w:rPr>
                <w:b/>
              </w:rPr>
              <w:t>C151611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EA8CE07" w14:textId="77777777" w:rsidR="00E067DA" w:rsidRDefault="00000000">
            <w:r>
              <w:rPr>
                <w:b/>
              </w:rPr>
              <w:t>Moringa Deep Cleanse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CF4A90D" w14:textId="77777777" w:rsidR="00E067DA" w:rsidRDefault="00000000">
            <w:pPr>
              <w:jc w:val="center"/>
            </w:pPr>
            <w:r>
              <w:t>500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062EA3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810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5381807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1 020 ₽</w:t>
            </w:r>
          </w:p>
        </w:tc>
      </w:tr>
      <w:tr w:rsidR="00E067DA" w14:paraId="7ED59519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147B82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D1C5D13" wp14:editId="642B5ED1">
                  <wp:extent cx="882000" cy="8820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BD2E5DE" w14:textId="77777777" w:rsidR="00E067DA" w:rsidRDefault="00000000">
            <w:pPr>
              <w:jc w:val="center"/>
            </w:pPr>
            <w:r>
              <w:rPr>
                <w:b/>
              </w:rPr>
              <w:t>C151616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4C965F7" w14:textId="77777777" w:rsidR="00E067DA" w:rsidRDefault="00000000">
            <w:r>
              <w:rPr>
                <w:b/>
              </w:rPr>
              <w:t>Argan Oil Nourishing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D599948" w14:textId="77777777" w:rsidR="00E067DA" w:rsidRDefault="00000000">
            <w:pPr>
              <w:jc w:val="center"/>
            </w:pPr>
            <w:r>
              <w:t>250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5A565F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540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B02DB1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680 ₽</w:t>
            </w:r>
          </w:p>
        </w:tc>
      </w:tr>
      <w:tr w:rsidR="00E067DA" w14:paraId="4B8CD441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2C5C9F4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6EE16B9D" wp14:editId="58EA5142">
                  <wp:extent cx="882000" cy="8820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8E188CE" w14:textId="77777777" w:rsidR="00E067DA" w:rsidRDefault="00000000">
            <w:pPr>
              <w:jc w:val="center"/>
            </w:pPr>
            <w:r>
              <w:rPr>
                <w:b/>
              </w:rPr>
              <w:t>C151617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4A27A4" w14:textId="77777777" w:rsidR="00E067DA" w:rsidRDefault="00000000">
            <w:r>
              <w:rPr>
                <w:b/>
              </w:rPr>
              <w:t>Argan Oil Nourishing Conditioner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ADFB27E" w14:textId="77777777" w:rsidR="00E067DA" w:rsidRDefault="00000000">
            <w:pPr>
              <w:jc w:val="center"/>
            </w:pPr>
            <w:r>
              <w:t>250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2CF658A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610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97729D6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770 ₽</w:t>
            </w:r>
          </w:p>
        </w:tc>
      </w:tr>
      <w:tr w:rsidR="00E067DA" w14:paraId="139D0C9A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4B78F76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303C281F" wp14:editId="0EDBEA42">
                  <wp:extent cx="882000" cy="8820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1079781" w14:textId="77777777" w:rsidR="00E067DA" w:rsidRDefault="00000000">
            <w:pPr>
              <w:jc w:val="center"/>
            </w:pPr>
            <w:r>
              <w:rPr>
                <w:b/>
              </w:rPr>
              <w:t>C151618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B4C1098" w14:textId="77777777" w:rsidR="00E067DA" w:rsidRDefault="00000000">
            <w:r>
              <w:rPr>
                <w:b/>
              </w:rPr>
              <w:t>Moringa Deep Cleanse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025842B" w14:textId="77777777" w:rsidR="00E067DA" w:rsidRDefault="00000000">
            <w:pPr>
              <w:jc w:val="center"/>
            </w:pPr>
            <w:r>
              <w:t>250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A4C1D26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550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06DEC6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690 ₽</w:t>
            </w:r>
          </w:p>
        </w:tc>
      </w:tr>
      <w:tr w:rsidR="00E067DA" w14:paraId="5AA6D951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AF92C0B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25B693E9" wp14:editId="68551261">
                  <wp:extent cx="882000" cy="8820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41B4909" w14:textId="77777777" w:rsidR="00E067DA" w:rsidRDefault="00000000">
            <w:pPr>
              <w:jc w:val="center"/>
            </w:pPr>
            <w:r>
              <w:rPr>
                <w:b/>
              </w:rPr>
              <w:t>C151612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CDAA18" w14:textId="77777777" w:rsidR="00E067DA" w:rsidRDefault="00000000">
            <w:r>
              <w:rPr>
                <w:b/>
              </w:rPr>
              <w:t>Keratin Repair Serum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E035406" w14:textId="77777777" w:rsidR="00E067DA" w:rsidRDefault="00000000">
            <w:pPr>
              <w:jc w:val="center"/>
            </w:pPr>
            <w:r>
              <w:t>100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0BB6D62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560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15FFE2E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700 ₽</w:t>
            </w:r>
          </w:p>
        </w:tc>
      </w:tr>
      <w:tr w:rsidR="00E067DA" w14:paraId="46544C07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EBD184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22AF110C" wp14:editId="312DABDD">
                  <wp:extent cx="882000" cy="8820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AD19921" w14:textId="77777777" w:rsidR="00E067DA" w:rsidRDefault="00000000">
            <w:pPr>
              <w:jc w:val="center"/>
            </w:pPr>
            <w:r>
              <w:rPr>
                <w:b/>
              </w:rPr>
              <w:t>SKSC300A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EC8193" w14:textId="77777777" w:rsidR="00E067DA" w:rsidRDefault="00000000">
            <w:r>
              <w:rPr>
                <w:b/>
              </w:rPr>
              <w:t>Mint 2-IN-1 Shampoo &amp; Conditioner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D339E2C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047D98D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690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71A859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870 ₽</w:t>
            </w:r>
          </w:p>
        </w:tc>
      </w:tr>
      <w:tr w:rsidR="00E067DA" w14:paraId="71685DA3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F57F63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0270118" wp14:editId="3361DE52">
                  <wp:extent cx="882000" cy="8820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724C073" w14:textId="77777777" w:rsidR="00E067DA" w:rsidRDefault="00000000">
            <w:pPr>
              <w:jc w:val="center"/>
            </w:pPr>
            <w:r>
              <w:rPr>
                <w:b/>
              </w:rPr>
              <w:t>SKSM300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7F7BA31" w14:textId="77777777" w:rsidR="00E067DA" w:rsidRDefault="00000000">
            <w:r>
              <w:rPr>
                <w:b/>
              </w:rPr>
              <w:t>Scalp Moisturizing Masque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AECF68" w14:textId="77777777" w:rsidR="00E067DA" w:rsidRDefault="00000000">
            <w:pPr>
              <w:jc w:val="center"/>
            </w:pPr>
            <w:r>
              <w:t>250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E5787F3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580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F072D7A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730 ₽</w:t>
            </w:r>
          </w:p>
        </w:tc>
      </w:tr>
      <w:tr w:rsidR="00E067DA" w14:paraId="0B7C6B7A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BDD1885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C9AB925" wp14:editId="66BD939C">
                  <wp:extent cx="882000" cy="8820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C028C24" w14:textId="77777777" w:rsidR="00E067DA" w:rsidRDefault="00000000">
            <w:pPr>
              <w:jc w:val="center"/>
            </w:pPr>
            <w:r>
              <w:rPr>
                <w:b/>
              </w:rPr>
              <w:t>C151619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8C73B84" w14:textId="77777777" w:rsidR="00E067DA" w:rsidRDefault="00000000">
            <w:r>
              <w:rPr>
                <w:b/>
              </w:rPr>
              <w:t>Tea Tree Rejuvenating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E42E2EF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708DC91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660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A02762D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830 ₽</w:t>
            </w:r>
          </w:p>
        </w:tc>
      </w:tr>
      <w:tr w:rsidR="00E067DA" w14:paraId="0DDD177E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33D39A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11D4B957" wp14:editId="28D70723">
                  <wp:extent cx="882000" cy="8820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49A232" w14:textId="77777777" w:rsidR="00E067DA" w:rsidRDefault="00000000">
            <w:pPr>
              <w:jc w:val="center"/>
            </w:pPr>
            <w:r>
              <w:rPr>
                <w:b/>
              </w:rPr>
              <w:t>C151620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E03D8B" w14:textId="77777777" w:rsidR="00E067DA" w:rsidRDefault="00000000">
            <w:r>
              <w:rPr>
                <w:b/>
              </w:rPr>
              <w:t>Tea Tree Rejuvenating Conditioner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A5CE1F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E13FD1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670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15A3CD8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840 ₽</w:t>
            </w:r>
          </w:p>
        </w:tc>
      </w:tr>
      <w:tr w:rsidR="00E067DA" w14:paraId="197FFCC6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DAFB43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5C399CF5" wp14:editId="29475BA4">
                  <wp:extent cx="882000" cy="8820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E625E9" w14:textId="77777777" w:rsidR="00E067DA" w:rsidRDefault="00000000">
            <w:pPr>
              <w:jc w:val="center"/>
            </w:pPr>
            <w:r>
              <w:rPr>
                <w:b/>
              </w:rPr>
              <w:t>C151621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4493D20" w14:textId="77777777" w:rsidR="00E067DA" w:rsidRDefault="00000000">
            <w:r>
              <w:rPr>
                <w:b/>
              </w:rPr>
              <w:t>Tea Tree Rejuvenating Hair Mask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BADA9B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36127F3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720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1468598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900 ₽</w:t>
            </w:r>
          </w:p>
        </w:tc>
      </w:tr>
      <w:tr w:rsidR="00E067DA" w14:paraId="496341A4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E1108A0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319366FD" wp14:editId="7EE2CB87">
                  <wp:extent cx="882000" cy="8820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E84D404" w14:textId="77777777" w:rsidR="00E067DA" w:rsidRDefault="00000000">
            <w:pPr>
              <w:jc w:val="center"/>
            </w:pPr>
            <w:r>
              <w:rPr>
                <w:b/>
              </w:rPr>
              <w:t>SKLC200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8C67AE3" w14:textId="77777777" w:rsidR="00E067DA" w:rsidRDefault="00000000">
            <w:r>
              <w:rPr>
                <w:b/>
              </w:rPr>
              <w:t>Leave In Cream Protection and Hair Treatment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16543B6" w14:textId="77777777" w:rsidR="00E067DA" w:rsidRDefault="00000000">
            <w:pPr>
              <w:jc w:val="center"/>
            </w:pPr>
            <w:r>
              <w:t>200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E37083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520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46031CD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650 ₽</w:t>
            </w:r>
          </w:p>
        </w:tc>
      </w:tr>
      <w:tr w:rsidR="00E067DA" w14:paraId="6BE208C9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DA04F2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DA6EF28" wp14:editId="6831A7C6">
                  <wp:extent cx="882000" cy="8820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9FCA5FB" w14:textId="77777777" w:rsidR="00E067DA" w:rsidRDefault="00000000">
            <w:pPr>
              <w:jc w:val="center"/>
            </w:pPr>
            <w:r>
              <w:rPr>
                <w:b/>
              </w:rPr>
              <w:t>C151623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C7887F2" w14:textId="77777777" w:rsidR="00E067DA" w:rsidRDefault="00000000">
            <w:r>
              <w:rPr>
                <w:b/>
              </w:rPr>
              <w:t>Organic Ginger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0408C2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0D0DD02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610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BB6A18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770 ₽</w:t>
            </w:r>
          </w:p>
        </w:tc>
      </w:tr>
      <w:tr w:rsidR="00E067DA" w14:paraId="0A74C270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97800C7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53FE3364" wp14:editId="5A0662B6">
                  <wp:extent cx="882000" cy="8820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BC2B293" w14:textId="77777777" w:rsidR="00E067DA" w:rsidRDefault="00000000">
            <w:pPr>
              <w:jc w:val="center"/>
            </w:pPr>
            <w:r>
              <w:rPr>
                <w:b/>
              </w:rPr>
              <w:t>C151622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7499AE7" w14:textId="77777777" w:rsidR="00E067DA" w:rsidRDefault="00000000">
            <w:r>
              <w:rPr>
                <w:b/>
              </w:rPr>
              <w:t>Organic Ginger Hair Mask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C8602A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1E19B4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760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CCDE30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950 ₽</w:t>
            </w:r>
          </w:p>
        </w:tc>
      </w:tr>
      <w:tr w:rsidR="00E067DA" w14:paraId="6309A0D2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5404DA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205C2B9" wp14:editId="720C0E8B">
                  <wp:extent cx="882000" cy="8820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4AE194" w14:textId="77777777" w:rsidR="00E067DA" w:rsidRDefault="00000000">
            <w:pPr>
              <w:jc w:val="center"/>
            </w:pPr>
            <w:r>
              <w:rPr>
                <w:b/>
              </w:rPr>
              <w:t>SKAS300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9BCE86C" w14:textId="77777777" w:rsidR="00E067DA" w:rsidRDefault="00000000">
            <w:r>
              <w:rPr>
                <w:b/>
              </w:rPr>
              <w:t>Moringa Anti-Dandruff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2D423C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652F12F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620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6FB5571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780 ₽</w:t>
            </w:r>
          </w:p>
        </w:tc>
      </w:tr>
      <w:tr w:rsidR="00E067DA" w14:paraId="4D4C9132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36B9127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5396D472" wp14:editId="5C60ED42">
                  <wp:extent cx="882000" cy="8820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0AC381E" w14:textId="77777777" w:rsidR="00E067DA" w:rsidRDefault="00000000">
            <w:pPr>
              <w:jc w:val="center"/>
            </w:pPr>
            <w:r>
              <w:rPr>
                <w:b/>
              </w:rPr>
              <w:t>SKMS300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F1C484" w14:textId="77777777" w:rsidR="00E067DA" w:rsidRDefault="00000000">
            <w:r>
              <w:rPr>
                <w:b/>
              </w:rPr>
              <w:t>Macadamia Oil Hydrating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B0CF231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AB40D8E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610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78CC8F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770 ₽</w:t>
            </w:r>
          </w:p>
        </w:tc>
      </w:tr>
      <w:tr w:rsidR="00E067DA" w14:paraId="09BF7E30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D6AFFC3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0D7AE0A2" wp14:editId="3E0870A8">
                  <wp:extent cx="882000" cy="8820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CE29216" w14:textId="77777777" w:rsidR="00E067DA" w:rsidRDefault="00000000">
            <w:pPr>
              <w:jc w:val="center"/>
            </w:pPr>
            <w:r>
              <w:rPr>
                <w:b/>
              </w:rPr>
              <w:t>SKDS300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B0B434F" w14:textId="77777777" w:rsidR="00E067DA" w:rsidRDefault="00000000">
            <w:r>
              <w:rPr>
                <w:b/>
              </w:rPr>
              <w:t>Mint Deep Cleansing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A222E6C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C5BE7D6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610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D9C74C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770 ₽</w:t>
            </w:r>
          </w:p>
        </w:tc>
      </w:tr>
      <w:tr w:rsidR="00E067DA" w14:paraId="3E2AA194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58A72C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4D6B3A5" wp14:editId="1BB6C03F">
                  <wp:extent cx="882000" cy="8820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E11EB25" w14:textId="77777777" w:rsidR="00E067DA" w:rsidRDefault="00000000">
            <w:pPr>
              <w:jc w:val="center"/>
            </w:pPr>
            <w:r>
              <w:rPr>
                <w:b/>
              </w:rPr>
              <w:t>SKRC300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76D211" w14:textId="77777777" w:rsidR="00E067DA" w:rsidRDefault="00000000">
            <w:r>
              <w:rPr>
                <w:b/>
              </w:rPr>
              <w:t>Repair Silky Conditioner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965B81C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54CD28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640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64F6034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800 ₽</w:t>
            </w:r>
          </w:p>
        </w:tc>
      </w:tr>
      <w:tr w:rsidR="00E067DA" w14:paraId="4578B503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48579D2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CF9FBAA" wp14:editId="2D388D3D">
                  <wp:extent cx="882000" cy="8820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F9F129B" w14:textId="77777777" w:rsidR="00E067DA" w:rsidRDefault="00000000">
            <w:pPr>
              <w:jc w:val="center"/>
            </w:pPr>
            <w:r>
              <w:rPr>
                <w:b/>
              </w:rPr>
              <w:t>SKPS300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4998951" w14:textId="77777777" w:rsidR="00E067DA" w:rsidRDefault="00000000">
            <w:r>
              <w:rPr>
                <w:b/>
              </w:rPr>
              <w:t>Silver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135CD6D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16C91B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640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D2DEA0C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800 ₽</w:t>
            </w:r>
          </w:p>
        </w:tc>
      </w:tr>
      <w:tr w:rsidR="00E067DA" w14:paraId="30B63871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C50816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6D8F26E3" wp14:editId="27D3C87B">
                  <wp:extent cx="882000" cy="8820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D3FF39" w14:textId="77777777" w:rsidR="00E067DA" w:rsidRDefault="00000000">
            <w:pPr>
              <w:jc w:val="center"/>
            </w:pPr>
            <w:r>
              <w:rPr>
                <w:b/>
              </w:rPr>
              <w:t>C151058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F2EF45" w14:textId="77777777" w:rsidR="00E067DA" w:rsidRDefault="00000000">
            <w:r>
              <w:rPr>
                <w:b/>
              </w:rPr>
              <w:t>Glycoprotein Luxury Salon Hair Treatment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D2016F" w14:textId="77777777" w:rsidR="00E067DA" w:rsidRDefault="00000000">
            <w:pPr>
              <w:jc w:val="center"/>
            </w:pPr>
            <w:r>
              <w:t>300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B8DD138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1 170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shd w:val="clear" w:color="auto" w:fill="FAF7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AA03FA4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1 470 ₽</w:t>
            </w:r>
          </w:p>
        </w:tc>
      </w:tr>
      <w:tr w:rsidR="00E067DA" w14:paraId="209DA3CB" w14:textId="77777777">
        <w:trPr>
          <w:cantSplit/>
          <w:trHeight w:val="1701"/>
          <w:jc w:val="center"/>
        </w:trPr>
        <w:tc>
          <w:tcPr>
            <w:tcW w:w="1927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9A013ED" w14:textId="77777777" w:rsidR="00E067DA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02BECD76" wp14:editId="6CDCD2E0">
                  <wp:extent cx="882000" cy="8820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D2952DF" w14:textId="77777777" w:rsidR="00E067DA" w:rsidRDefault="00000000">
            <w:pPr>
              <w:jc w:val="center"/>
            </w:pPr>
            <w:r>
              <w:rPr>
                <w:b/>
              </w:rPr>
              <w:t>C151624</w:t>
            </w:r>
          </w:p>
        </w:tc>
        <w:tc>
          <w:tcPr>
            <w:tcW w:w="5896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5D24CE" w14:textId="77777777" w:rsidR="00E067DA" w:rsidRDefault="00000000">
            <w:r>
              <w:rPr>
                <w:b/>
              </w:rPr>
              <w:t>Ginger Hair Strengthen Shampoo</w:t>
            </w:r>
          </w:p>
        </w:tc>
        <w:tc>
          <w:tcPr>
            <w:tcW w:w="1304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159CCFA" w14:textId="77777777" w:rsidR="00E067DA" w:rsidRDefault="00000000">
            <w:pPr>
              <w:jc w:val="center"/>
            </w:pPr>
            <w:r>
              <w:t>200 мл</w:t>
            </w:r>
          </w:p>
        </w:tc>
        <w:tc>
          <w:tcPr>
            <w:tcW w:w="187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D195A01" w14:textId="77777777" w:rsidR="00E067DA" w:rsidRDefault="00000000">
            <w:pPr>
              <w:jc w:val="center"/>
            </w:pPr>
            <w:r>
              <w:rPr>
                <w:b/>
                <w:sz w:val="20"/>
              </w:rPr>
              <w:t>440 ₽</w:t>
            </w:r>
          </w:p>
        </w:tc>
        <w:tc>
          <w:tcPr>
            <w:tcW w:w="1701" w:type="dxa"/>
            <w:tcBorders>
              <w:top w:val="single" w:sz="4" w:space="0" w:color="D9CFC2"/>
              <w:left w:val="single" w:sz="4" w:space="0" w:color="D9CFC2"/>
              <w:bottom w:val="single" w:sz="4" w:space="0" w:color="D9CFC2"/>
              <w:right w:val="single" w:sz="4" w:space="0" w:color="D9CFC2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9EA145" w14:textId="77777777" w:rsidR="00E067DA" w:rsidRDefault="00000000">
            <w:pPr>
              <w:jc w:val="center"/>
            </w:pPr>
            <w:r>
              <w:rPr>
                <w:b/>
                <w:color w:val="C99722"/>
                <w:sz w:val="20"/>
              </w:rPr>
              <w:t>550 ₽</w:t>
            </w:r>
          </w:p>
        </w:tc>
      </w:tr>
    </w:tbl>
    <w:p w14:paraId="5AA16069" w14:textId="77777777" w:rsidR="00E067DA" w:rsidRDefault="00000000">
      <w:pPr>
        <w:spacing w:before="100"/>
      </w:pPr>
      <w:r>
        <w:rPr>
          <w:i/>
          <w:color w:val="666666"/>
          <w:sz w:val="16"/>
        </w:rPr>
        <w:t>РРЦ — рекомендуемая розничная цена. Цены указаны в рублях.</w:t>
      </w:r>
    </w:p>
    <w:sectPr w:rsidR="00E067DA" w:rsidSect="00034616">
      <w:footerReference w:type="default" r:id="rId39"/>
      <w:pgSz w:w="16838" w:h="11906" w:orient="landscape"/>
      <w:pgMar w:top="624" w:right="624" w:bottom="567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34312" w14:textId="77777777" w:rsidR="00343BFE" w:rsidRDefault="00343BFE">
      <w:pPr>
        <w:spacing w:after="0" w:line="240" w:lineRule="auto"/>
      </w:pPr>
      <w:r>
        <w:separator/>
      </w:r>
    </w:p>
  </w:endnote>
  <w:endnote w:type="continuationSeparator" w:id="0">
    <w:p w14:paraId="7C2FEEC3" w14:textId="77777777" w:rsidR="00343BFE" w:rsidRDefault="0034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B0CB" w14:textId="77777777" w:rsidR="00E067DA" w:rsidRDefault="00000000">
    <w:pPr>
      <w:pStyle w:val="a7"/>
      <w:jc w:val="center"/>
    </w:pPr>
    <w:r>
      <w:rPr>
        <w:color w:val="777777"/>
        <w:sz w:val="16"/>
      </w:rPr>
      <w:t>MAAT DISTRIBUTION  •  SINKO STYLING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DE129" w14:textId="77777777" w:rsidR="00343BFE" w:rsidRDefault="00343BFE">
      <w:pPr>
        <w:spacing w:after="0" w:line="240" w:lineRule="auto"/>
      </w:pPr>
      <w:r>
        <w:separator/>
      </w:r>
    </w:p>
  </w:footnote>
  <w:footnote w:type="continuationSeparator" w:id="0">
    <w:p w14:paraId="5ADE1A9A" w14:textId="77777777" w:rsidR="00343BFE" w:rsidRDefault="00343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6625806">
    <w:abstractNumId w:val="8"/>
  </w:num>
  <w:num w:numId="2" w16cid:durableId="1165124985">
    <w:abstractNumId w:val="6"/>
  </w:num>
  <w:num w:numId="3" w16cid:durableId="1826508428">
    <w:abstractNumId w:val="5"/>
  </w:num>
  <w:num w:numId="4" w16cid:durableId="1151601604">
    <w:abstractNumId w:val="4"/>
  </w:num>
  <w:num w:numId="5" w16cid:durableId="902257195">
    <w:abstractNumId w:val="7"/>
  </w:num>
  <w:num w:numId="6" w16cid:durableId="432744898">
    <w:abstractNumId w:val="3"/>
  </w:num>
  <w:num w:numId="7" w16cid:durableId="1759013976">
    <w:abstractNumId w:val="2"/>
  </w:num>
  <w:num w:numId="8" w16cid:durableId="2016614463">
    <w:abstractNumId w:val="1"/>
  </w:num>
  <w:num w:numId="9" w16cid:durableId="108838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4BE0"/>
    <w:rsid w:val="00326F90"/>
    <w:rsid w:val="00343BFE"/>
    <w:rsid w:val="00AA1D8D"/>
    <w:rsid w:val="00B47730"/>
    <w:rsid w:val="00CB0664"/>
    <w:rsid w:val="00E067DA"/>
    <w:rsid w:val="00F87E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EB446"/>
  <w14:defaultImageDpi w14:val="300"/>
  <w15:docId w15:val="{22AA29A5-3937-46E8-BA52-3917985B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footer" Target="footer1.xml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apchihba 333</cp:lastModifiedBy>
  <cp:revision>2</cp:revision>
  <dcterms:created xsi:type="dcterms:W3CDTF">2026-08-04T14:45:00Z</dcterms:created>
  <dcterms:modified xsi:type="dcterms:W3CDTF">2026-08-04T14:45:00Z</dcterms:modified>
  <cp:category/>
</cp:coreProperties>
</file>